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85DD" w14:textId="77777777" w:rsidR="00AA1D05" w:rsidRDefault="00276B9E">
      <w:pPr>
        <w:spacing w:after="0" w:line="228" w:lineRule="auto"/>
        <w:jc w:val="center"/>
      </w:pPr>
      <w:r>
        <w:rPr>
          <w:b/>
          <w:color w:val="0F3052"/>
          <w:sz w:val="28"/>
        </w:rPr>
        <w:t>THE AMERICAN LEGION</w:t>
      </w:r>
      <w:r>
        <w:rPr>
          <w:b/>
          <w:color w:val="0F3052"/>
          <w:sz w:val="28"/>
        </w:rPr>
        <w:br/>
        <w:t>DEPARTMENT OF MONTANA</w:t>
      </w:r>
      <w:r>
        <w:rPr>
          <w:b/>
          <w:color w:val="801F26"/>
          <w:sz w:val="44"/>
        </w:rPr>
        <w:br/>
        <w:t>2026 FALL CONFERENCE AGENDA</w:t>
      </w:r>
      <w:r>
        <w:rPr>
          <w:i/>
        </w:rPr>
        <w:br/>
        <w:t>September 29 - October 3, 2026  |  Helena, Montana</w:t>
      </w:r>
    </w:p>
    <w:p w14:paraId="0BA54F32" w14:textId="77777777" w:rsidR="00AA1D05" w:rsidRDefault="00276B9E">
      <w:pPr>
        <w:spacing w:before="100" w:after="20" w:line="228" w:lineRule="auto"/>
      </w:pPr>
      <w:r>
        <w:rPr>
          <w:b/>
          <w:color w:val="801F26"/>
          <w:sz w:val="26"/>
        </w:rPr>
        <w:t>Tuesday, September 29 - National Commander Arrival &amp; Reception</w:t>
      </w:r>
    </w:p>
    <w:p w14:paraId="5FDBF7D2" w14:textId="28329FDC" w:rsidR="00AA1D05" w:rsidRDefault="00276B9E">
      <w:pPr>
        <w:spacing w:after="20" w:line="228" w:lineRule="auto"/>
        <w:ind w:left="173"/>
      </w:pPr>
      <w:proofErr w:type="gramStart"/>
      <w:r>
        <w:rPr>
          <w:b/>
          <w:color w:val="0F3052"/>
        </w:rPr>
        <w:t xml:space="preserve">Arrival  </w:t>
      </w:r>
      <w:r>
        <w:t>National</w:t>
      </w:r>
      <w:proofErr w:type="gramEnd"/>
      <w:r>
        <w:t xml:space="preserve"> Commander Jay Bowen and party arrive in Helena</w:t>
      </w:r>
      <w:r>
        <w:rPr>
          <w:i/>
        </w:rPr>
        <w:br/>
      </w:r>
    </w:p>
    <w:p w14:paraId="14BF1825" w14:textId="7F55ACED" w:rsidR="00AA1D05" w:rsidRDefault="00276B9E">
      <w:pPr>
        <w:spacing w:after="20" w:line="228" w:lineRule="auto"/>
        <w:ind w:left="173"/>
        <w:rPr>
          <w:i/>
        </w:rPr>
      </w:pPr>
      <w:r>
        <w:rPr>
          <w:b/>
          <w:color w:val="0F3052"/>
        </w:rPr>
        <w:t xml:space="preserve">5:30 </w:t>
      </w:r>
      <w:proofErr w:type="gramStart"/>
      <w:r>
        <w:rPr>
          <w:b/>
          <w:color w:val="0F3052"/>
        </w:rPr>
        <w:t xml:space="preserve">PM  </w:t>
      </w:r>
      <w:r>
        <w:t>National</w:t>
      </w:r>
      <w:proofErr w:type="gramEnd"/>
      <w:r>
        <w:t xml:space="preserve"> Commander's Reception - American Legion Post 2</w:t>
      </w:r>
      <w:r>
        <w:rPr>
          <w:i/>
        </w:rPr>
        <w:br/>
      </w:r>
      <w:r>
        <w:rPr>
          <w:i/>
        </w:rPr>
        <w:t xml:space="preserve">3095 Villard Ave., Helena. Meal and fellowship; National Commander Bowen will offer </w:t>
      </w:r>
      <w:r>
        <w:rPr>
          <w:i/>
        </w:rPr>
        <w:t>greetings.</w:t>
      </w:r>
    </w:p>
    <w:p w14:paraId="56F13A47" w14:textId="77777777" w:rsidR="00CF7FBB" w:rsidRDefault="00CF7FBB">
      <w:pPr>
        <w:spacing w:after="20" w:line="228" w:lineRule="auto"/>
        <w:ind w:left="173"/>
      </w:pPr>
    </w:p>
    <w:p w14:paraId="020E09A7" w14:textId="14D7F8F6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8:00 </w:t>
      </w:r>
      <w:proofErr w:type="gramStart"/>
      <w:r>
        <w:rPr>
          <w:b/>
          <w:color w:val="0F3052"/>
        </w:rPr>
        <w:t xml:space="preserve">PM  </w:t>
      </w:r>
      <w:r>
        <w:t>Reception</w:t>
      </w:r>
      <w:proofErr w:type="gramEnd"/>
      <w:r>
        <w:t xml:space="preserve"> concludes</w:t>
      </w:r>
    </w:p>
    <w:p w14:paraId="6F9506B5" w14:textId="77777777" w:rsidR="00AA1D05" w:rsidRDefault="00276B9E">
      <w:pPr>
        <w:spacing w:before="100" w:after="20" w:line="228" w:lineRule="auto"/>
      </w:pPr>
      <w:r>
        <w:rPr>
          <w:b/>
          <w:color w:val="801F26"/>
          <w:sz w:val="26"/>
        </w:rPr>
        <w:t>Wednesday, September 30 - Community &amp; Fellowship</w:t>
      </w:r>
    </w:p>
    <w:p w14:paraId="432F530E" w14:textId="77777777" w:rsidR="00AA1D05" w:rsidRDefault="00276B9E">
      <w:pPr>
        <w:spacing w:after="20" w:line="228" w:lineRule="auto"/>
        <w:ind w:left="173"/>
        <w:rPr>
          <w:i/>
        </w:rPr>
      </w:pPr>
      <w:r>
        <w:rPr>
          <w:b/>
          <w:color w:val="0F3052"/>
        </w:rPr>
        <w:t xml:space="preserve">7:30 AM  </w:t>
      </w:r>
      <w:r>
        <w:t>Community Coffee Social - 1889 Coffee House</w:t>
      </w:r>
      <w:r>
        <w:rPr>
          <w:i/>
        </w:rPr>
        <w:br/>
        <w:t>Helena. Coffee and conversation with National Commander Jay Bowen and Department Commander Irene Dickerson.</w:t>
      </w:r>
    </w:p>
    <w:p w14:paraId="2F26F8EB" w14:textId="77777777" w:rsidR="00CF7FBB" w:rsidRDefault="00CF7FBB">
      <w:pPr>
        <w:spacing w:after="20" w:line="228" w:lineRule="auto"/>
        <w:ind w:left="173"/>
      </w:pPr>
    </w:p>
    <w:p w14:paraId="43783C19" w14:textId="1DAF0B7B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6:00 </w:t>
      </w:r>
      <w:proofErr w:type="gramStart"/>
      <w:r>
        <w:rPr>
          <w:b/>
          <w:color w:val="0F3052"/>
        </w:rPr>
        <w:t xml:space="preserve">PM  </w:t>
      </w:r>
      <w:r>
        <w:t>Paint</w:t>
      </w:r>
      <w:proofErr w:type="gramEnd"/>
      <w:r>
        <w:t xml:space="preserve"> &amp; Pint Night - American Legion Post 2</w:t>
      </w:r>
      <w:r>
        <w:rPr>
          <w:i/>
        </w:rPr>
        <w:br/>
        <w:t xml:space="preserve">3095 Villard Ave., Helena. Paint activity fee </w:t>
      </w:r>
      <w:r w:rsidR="00CF7FBB">
        <w:rPr>
          <w:i/>
        </w:rPr>
        <w:t>$25</w:t>
      </w:r>
      <w:r>
        <w:rPr>
          <w:i/>
        </w:rPr>
        <w:t>; beverages purchased individually.</w:t>
      </w:r>
    </w:p>
    <w:p w14:paraId="76A6739B" w14:textId="77777777" w:rsidR="00AA1D05" w:rsidRDefault="00276B9E">
      <w:pPr>
        <w:spacing w:before="100" w:after="20" w:line="228" w:lineRule="auto"/>
      </w:pPr>
      <w:r>
        <w:rPr>
          <w:b/>
          <w:color w:val="801F26"/>
          <w:sz w:val="26"/>
        </w:rPr>
        <w:t>Thursday, October 1 - Department Legion College, Day 1</w:t>
      </w:r>
    </w:p>
    <w:p w14:paraId="6AADEA0E" w14:textId="2DCCB697" w:rsidR="00AA1D05" w:rsidRDefault="00CF7FBB">
      <w:pPr>
        <w:spacing w:after="20" w:line="228" w:lineRule="auto"/>
        <w:ind w:left="173"/>
      </w:pPr>
      <w:r>
        <w:rPr>
          <w:b/>
          <w:color w:val="0F3052"/>
        </w:rPr>
        <w:t xml:space="preserve">8:00 AM – 5:30 </w:t>
      </w:r>
      <w:proofErr w:type="gramStart"/>
      <w:r>
        <w:rPr>
          <w:b/>
          <w:color w:val="0F3052"/>
        </w:rPr>
        <w:t>PM</w:t>
      </w:r>
      <w:r w:rsidR="00276B9E">
        <w:rPr>
          <w:b/>
          <w:color w:val="0F3052"/>
        </w:rPr>
        <w:t xml:space="preserve">  </w:t>
      </w:r>
      <w:r w:rsidR="00276B9E">
        <w:t>Legion</w:t>
      </w:r>
      <w:proofErr w:type="gramEnd"/>
      <w:r w:rsidR="00276B9E">
        <w:t xml:space="preserve"> College - RTI Building 68, Fort Harrison</w:t>
      </w:r>
      <w:r w:rsidR="00276B9E">
        <w:rPr>
          <w:i/>
        </w:rPr>
        <w:br/>
        <w:t>Training sessions throughout the day. Lunch is on your own. Dinner and class activity are included in the College registration fee.</w:t>
      </w:r>
    </w:p>
    <w:p w14:paraId="2CF918E4" w14:textId="77777777" w:rsidR="00AA1D05" w:rsidRDefault="00276B9E">
      <w:pPr>
        <w:spacing w:before="100" w:after="20" w:line="228" w:lineRule="auto"/>
      </w:pPr>
      <w:r>
        <w:rPr>
          <w:b/>
          <w:color w:val="801F26"/>
          <w:sz w:val="26"/>
        </w:rPr>
        <w:t>Friday, October 2 - Department Legion College, Day 2 &amp; Evening Events</w:t>
      </w:r>
    </w:p>
    <w:p w14:paraId="6B3CBBB1" w14:textId="29D0F20C" w:rsidR="00AA1D05" w:rsidRDefault="00CF7FBB">
      <w:pPr>
        <w:spacing w:after="20" w:line="228" w:lineRule="auto"/>
        <w:ind w:left="173"/>
      </w:pPr>
      <w:r>
        <w:rPr>
          <w:b/>
          <w:color w:val="0F3052"/>
        </w:rPr>
        <w:t xml:space="preserve">8:00 AM – 2:30 </w:t>
      </w:r>
      <w:proofErr w:type="gramStart"/>
      <w:r>
        <w:rPr>
          <w:b/>
          <w:color w:val="0F3052"/>
        </w:rPr>
        <w:t>PM</w:t>
      </w:r>
      <w:r w:rsidR="00276B9E">
        <w:rPr>
          <w:b/>
          <w:color w:val="0F3052"/>
        </w:rPr>
        <w:t xml:space="preserve">  </w:t>
      </w:r>
      <w:r w:rsidR="00276B9E">
        <w:t>Legion</w:t>
      </w:r>
      <w:proofErr w:type="gramEnd"/>
      <w:r w:rsidR="00276B9E">
        <w:t xml:space="preserve"> College - RTI Building 68, Fort Harrison</w:t>
      </w:r>
      <w:r w:rsidR="00276B9E">
        <w:rPr>
          <w:i/>
        </w:rPr>
        <w:br/>
      </w:r>
      <w:r w:rsidR="00276B9E">
        <w:rPr>
          <w:i/>
        </w:rPr>
        <w:t>Working lunch included. Graduation begins at approximately 2:30 PM.</w:t>
      </w:r>
    </w:p>
    <w:p w14:paraId="13F95F7A" w14:textId="77777777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3:30 PM  </w:t>
      </w:r>
      <w:r>
        <w:t>Sons of The American Legion meeting</w:t>
      </w:r>
    </w:p>
    <w:p w14:paraId="60D08DA1" w14:textId="77777777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4:45 PM  </w:t>
      </w:r>
      <w:r>
        <w:t>American Legion Riders meeting</w:t>
      </w:r>
    </w:p>
    <w:p w14:paraId="3BD6502D" w14:textId="77777777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6:15 PM  </w:t>
      </w:r>
      <w:r>
        <w:t>East Helena High School table / coin-flip activity</w:t>
      </w:r>
    </w:p>
    <w:p w14:paraId="27CE9D66" w14:textId="53699625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6:00 </w:t>
      </w:r>
      <w:proofErr w:type="gramStart"/>
      <w:r>
        <w:rPr>
          <w:b/>
          <w:color w:val="0F3052"/>
        </w:rPr>
        <w:t xml:space="preserve">PM  </w:t>
      </w:r>
      <w:r>
        <w:t>Post</w:t>
      </w:r>
      <w:proofErr w:type="gramEnd"/>
      <w:r>
        <w:t xml:space="preserve"> 2 / Post 4 activity - </w:t>
      </w:r>
      <w:r w:rsidR="00CF7FBB">
        <w:t>Shellie’s</w:t>
      </w:r>
    </w:p>
    <w:p w14:paraId="3C791DBC" w14:textId="77777777" w:rsidR="00AA1D05" w:rsidRDefault="00276B9E">
      <w:pPr>
        <w:spacing w:before="100" w:after="20" w:line="228" w:lineRule="auto"/>
      </w:pPr>
      <w:r>
        <w:rPr>
          <w:b/>
          <w:color w:val="801F26"/>
          <w:sz w:val="26"/>
        </w:rPr>
        <w:t>Saturday, October 3 - Fall Conference</w:t>
      </w:r>
    </w:p>
    <w:p w14:paraId="0D767A4F" w14:textId="77777777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8:30 AM  </w:t>
      </w:r>
      <w:r>
        <w:t>Fall Conference called to order - RTI Building 68, Fort Harrison</w:t>
      </w:r>
    </w:p>
    <w:p w14:paraId="153EE758" w14:textId="77777777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12:00 PM  </w:t>
      </w:r>
      <w:r>
        <w:t>Lunch</w:t>
      </w:r>
    </w:p>
    <w:p w14:paraId="293DC8C0" w14:textId="77777777" w:rsidR="00AA1D05" w:rsidRDefault="00276B9E">
      <w:pPr>
        <w:spacing w:after="20" w:line="228" w:lineRule="auto"/>
        <w:ind w:left="173"/>
      </w:pPr>
      <w:r>
        <w:rPr>
          <w:b/>
          <w:color w:val="0F3052"/>
        </w:rPr>
        <w:t xml:space="preserve">1:30 PM  </w:t>
      </w:r>
      <w:r>
        <w:t>Fall Conference reconvenes</w:t>
      </w:r>
    </w:p>
    <w:p w14:paraId="424B46EA" w14:textId="77777777" w:rsidR="00AA1D05" w:rsidRDefault="00276B9E">
      <w:pPr>
        <w:spacing w:before="100" w:after="0" w:line="228" w:lineRule="auto"/>
        <w:jc w:val="center"/>
      </w:pPr>
      <w:r>
        <w:rPr>
          <w:b/>
          <w:color w:val="0F3052"/>
        </w:rPr>
        <w:t>People • Posts • Programs • Purpose</w:t>
      </w:r>
      <w:r>
        <w:rPr>
          <w:i/>
        </w:rPr>
        <w:br/>
      </w:r>
      <w:r>
        <w:rPr>
          <w:i/>
        </w:rPr>
        <w:t>Schedule subject to adjustment as final meetings and activities are confirmed.</w:t>
      </w:r>
    </w:p>
    <w:sectPr w:rsidR="00AA1D05" w:rsidSect="00034616">
      <w:pgSz w:w="12240" w:h="15840"/>
      <w:pgMar w:top="576" w:right="936" w:bottom="57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7904746">
    <w:abstractNumId w:val="8"/>
  </w:num>
  <w:num w:numId="2" w16cid:durableId="1523742902">
    <w:abstractNumId w:val="6"/>
  </w:num>
  <w:num w:numId="3" w16cid:durableId="1178620362">
    <w:abstractNumId w:val="5"/>
  </w:num>
  <w:num w:numId="4" w16cid:durableId="1533953590">
    <w:abstractNumId w:val="4"/>
  </w:num>
  <w:num w:numId="5" w16cid:durableId="1561670641">
    <w:abstractNumId w:val="7"/>
  </w:num>
  <w:num w:numId="6" w16cid:durableId="459416099">
    <w:abstractNumId w:val="3"/>
  </w:num>
  <w:num w:numId="7" w16cid:durableId="122114964">
    <w:abstractNumId w:val="2"/>
  </w:num>
  <w:num w:numId="8" w16cid:durableId="1800412067">
    <w:abstractNumId w:val="1"/>
  </w:num>
  <w:num w:numId="9" w16cid:durableId="151344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B9E"/>
    <w:rsid w:val="0029639D"/>
    <w:rsid w:val="00326F90"/>
    <w:rsid w:val="00A24E9B"/>
    <w:rsid w:val="00AA1D05"/>
    <w:rsid w:val="00AA1D8D"/>
    <w:rsid w:val="00B47730"/>
    <w:rsid w:val="00CB0664"/>
    <w:rsid w:val="00CF7F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565E7D"/>
  <w14:defaultImageDpi w14:val="300"/>
  <w15:docId w15:val="{B6318975-4577-4C9F-8C52-AC144BE4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Adjutant's Assistant</cp:lastModifiedBy>
  <cp:revision>2</cp:revision>
  <cp:lastPrinted>2026-09-14T19:39:00Z</cp:lastPrinted>
  <dcterms:created xsi:type="dcterms:W3CDTF">2026-09-14T19:52:00Z</dcterms:created>
  <dcterms:modified xsi:type="dcterms:W3CDTF">2026-09-14T19:52:00Z</dcterms:modified>
  <cp:category/>
</cp:coreProperties>
</file>